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40-Book Reading List for a 2nd-Grade Boy</w:t>
      </w:r>
    </w:p>
    <w:p>
      <w:pPr>
        <w:jc w:val="center"/>
      </w:pPr>
      <w:r>
        <w:rPr>
          <w:b/>
        </w:rPr>
        <w:t>Positive language • Good moral values • No magic/witchcraft-centered stories</w:t>
        <w:br/>
      </w:r>
      <w:r>
        <w:t>Designed as a library-friendly list for Sharon, Massachusetts / OCLN</w:t>
      </w:r>
    </w:p>
    <w:p>
      <w:r>
        <w:rPr>
          <w:b/>
        </w:rPr>
        <w:t xml:space="preserve">Reading guide: </w:t>
      </w:r>
      <w:r>
        <w:t>Start with the easier books to build confidence, then move into mysteries, nonfiction, and longer chapter books. Parents may still wish to preview individual titles according to their family's standards.</w:t>
      </w:r>
    </w:p>
    <w:p>
      <w:pPr>
        <w:pStyle w:val="Heading1"/>
      </w:pPr>
      <w:r>
        <w:t>Easier — Build Confidence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547"/>
            <w:vAlign w:val="center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3960"/>
            <w:vAlign w:val="center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376"/>
            <w:vAlign w:val="center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736"/>
            <w:vAlign w:val="center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605"/>
            <w:vAlign w:val="center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Henry and Mudge: The First Book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Friendship, responsibility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Henry and Mudge in Puddle Trouble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Family, friendship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Henry and Mudge and the Happy Cat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Caring for animals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Henry and Mudge and the Long Weekend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Family, creativity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Frog and Toad Are Friends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Friendship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Frog and Toad Together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Self-control, perseverance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Days with Frog and Toad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Loyalty, kindness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Little Bear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Else Holmelund Minarik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Family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Father Bear Comes Home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Else Holmelund Minarik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Father-child relationship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The Fire Cat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Esther Averill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Purpose, helping others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11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Sammy the Seal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Syd Hoff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Curiosity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12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Biscuit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Alyssa Satin Capucilli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Caring for animals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13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Biscuit Finds a Friend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Alyssa Satin Capucilli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Friendship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14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Mr. Putter &amp; Tabby Pour the Tea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Friendship, companionship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15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Mr. Putter &amp; Tabby Walk the Dog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Responsibility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Just Right — 2nd-Grade Independent Reading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547"/>
            <w:vAlign w:val="center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3960"/>
            <w:vAlign w:val="center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376"/>
            <w:vAlign w:val="center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736"/>
            <w:vAlign w:val="center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605"/>
            <w:vAlign w:val="center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16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Nate the Great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Marjorie W. Sharmat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Persistence, reasoning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17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Nate the Great and the Lost List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Marjorie W. Sharmat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Responsibility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18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Nate the Great and the Missing Key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Marjorie W. Sharmat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Helping others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19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Nate the Great and the Stolen Base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Marjorie W. Sharmat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Problem-solving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20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Nate the Great and the Big Sniff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Marjorie W. Sharmat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Caring for his dog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21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Young Cam Jansen and the Lost Tooth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David A. Adler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Observation, helping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22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Young Cam Jansen and the Missing Cookie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David A. Adler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Problem-solving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23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Cam Jansen and the Mystery of the Stolen Diamonds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David A. Adler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Reasoning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24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The Absent Author (A to Z Mysteries)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Ron Roy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Teamwork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25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The Bald Bandit (A to Z Mysteries)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Ron Roy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Courage, problem-solving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26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The Canary Caper (A to Z Mysteries)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Ron Roy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Caring for animals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27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The Deadly Dungeon (A to Z Mysteries)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Ron Roy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Courage, friendship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28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The Empty Envelope (A to Z Mysteries)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Ron Roy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Perseverance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29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The Falcon's Feathers (A to Z Mysteries)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Ron Roy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Responsibility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30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The Goose's Gold (A to Z Mysteries)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Ron Roy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Honesty, justice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Nonfiction + More Challenging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547"/>
            <w:vAlign w:val="center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3960"/>
            <w:vAlign w:val="center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376"/>
            <w:vAlign w:val="center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736"/>
            <w:vAlign w:val="center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605"/>
            <w:vAlign w:val="center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31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Who Would Win? Lion vs. Tiger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Jerry Pallotta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Animals, science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32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Who Would Win? Killer Whale vs. Great White Shark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Jerry Pallotta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Marine science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33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Who Would Win? Polar Bear vs. Grizzly Bear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Jerry Pallotta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Animals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34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Who Would Win? T. Rex vs. Velociraptor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Jerry Pallotta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Dinosaurs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35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National Geographic Kids: Sharks!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Anne Schreiber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Science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36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National Geographic Kids: Dinosaurs!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Kathy Weidner Zoehfeld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Science, history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37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National Geographic Kids: Planets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Elizabeth Carney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Space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38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The Boxcar Children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Family, responsibility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39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Surprise Island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Family, cooperation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547"/>
            <w:vAlign w:val="center"/>
          </w:tcPr>
          <w:p>
            <w:r>
              <w:rPr>
                <w:sz w:val="17"/>
              </w:rPr>
              <w:t>40</w:t>
            </w:r>
          </w:p>
        </w:tc>
        <w:tc>
          <w:tcPr>
            <w:tcW w:type="dxa" w:w="3960"/>
            <w:vAlign w:val="center"/>
          </w:tcPr>
          <w:p>
            <w:r>
              <w:rPr>
                <w:sz w:val="17"/>
              </w:rPr>
              <w:t>Encyclopedia Brown, Boy Detective</w:t>
            </w:r>
          </w:p>
        </w:tc>
        <w:tc>
          <w:tcPr>
            <w:tcW w:type="dxa" w:w="2376"/>
            <w:vAlign w:val="center"/>
          </w:tcPr>
          <w:p>
            <w:r>
              <w:rPr>
                <w:sz w:val="17"/>
              </w:rPr>
              <w:t>Donald J. Sobol</w:t>
            </w:r>
          </w:p>
        </w:tc>
        <w:tc>
          <w:tcPr>
            <w:tcW w:type="dxa" w:w="2736"/>
            <w:vAlign w:val="center"/>
          </w:tcPr>
          <w:p>
            <w:r>
              <w:rPr>
                <w:sz w:val="17"/>
              </w:rPr>
              <w:t>Truth, reasoning, justice</w:t>
            </w:r>
          </w:p>
        </w:tc>
        <w:tc>
          <w:tcPr>
            <w:tcW w:type="dxa" w:w="605"/>
            <w:vAlign w:val="center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Suggested Starting Set</w:t>
      </w:r>
    </w:p>
    <w:p>
      <w:r>
        <w:rPr>
          <w:b/>
        </w:rPr>
        <w:t xml:space="preserve">A balanced first group: </w:t>
      </w:r>
      <w:r>
        <w:t>Henry and Mudge, Nate the Great, Frog and Toad, A to Z Mysteries, Who Would Win?, and National Geographic Kids Readers. This gives a mix of friendship stories, mysteries, humor, animals, science, and problem-solving.</w:t>
      </w:r>
    </w:p>
    <w:p>
      <w:r>
        <w:rPr>
          <w:b/>
        </w:rPr>
        <w:t xml:space="preserve">Library note: </w:t>
      </w:r>
      <w:r>
        <w:t>Use this list when searching the Sharon Public Library / Old Colony Library Network catalog. Availability changes, and titles held by another network library may often be requested for pickup.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