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Kindergarten Girls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This list combines wholesome fiction with history, biographies, animals, science, and real-life learning. Choose according to the child's reading ability and interests.</w:t>
      </w:r>
    </w:p>
    <w:p>
      <w:pPr>
        <w:pStyle w:val="Heading1"/>
      </w:pPr>
      <w:r>
        <w:t>Beginning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Caring,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Biscuit Finds a Friend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kindness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Carrot Seed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Krauss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Patience,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Corduroy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 Freeman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belonging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Pocket for Corduroy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 Freeman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Blueberries for Sal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McCloskey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nature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Make Way for Ducklings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McCloskey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caring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Very Hungry Caterpillar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Growth, nature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Very Busy Spider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From Head to Toe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Eric Carle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Confidence, movement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Growing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May I Please Have a Cookie?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E. Morris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Manners, politeness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Are You My Mother?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P. D.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Best Nest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P. D.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Home, family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Go, Dog. Go!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P. D. Eastman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Observation, reading confidence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Little Bear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love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Kiss for Little Bear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affection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Little Bear's Friend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Frog and Toad Are Friends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loyalty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Story of Ferdinand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Munro Leaf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Gentleness, being yourself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Little Engine That Could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Watty Piper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Picture Books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Madeline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Ludwig Bemelmans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resilience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Madeline's Rescue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Ludwig Bemelmans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Gratitude, caring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Chair for My Mother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Vera B. Williams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saving, generosity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Snowy Day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Ezra Jack Keats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Wonder, exploration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Whistle for Willie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Ezra Jack Keats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Practice,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Little House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Virginia Lee Burton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Home, change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Miss Rumphius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Barbara Cooney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making the world beautiful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Ox-Cart 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Hall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work, gratitude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Puppies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Marfe Ferguson Delano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Cats vs. Dogs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comparison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Caterpillar to Butterfly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Laura Marsh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Nature,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Seed to Plant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Plants,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Frogs!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Planes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Amy Shields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 Readers: Trucks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 Mara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Challenge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Fire Cat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Esther Averill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Purpose, helping others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Sammy the Seal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Curiosity,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Danny and the Dinosaur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adventure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and Mudge: The First Book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>Selections avoid stories centered on witches, wizards, spells, or occult themes and favor constructive character themes. † Some books address mature historical or emotional subjects such as war, injustice, persecution, danger, or death. Parents and teachers may wish to preview individual titles according to their family's standards.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