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40-Book Reading List for Kindergarten Boys</w:t>
      </w:r>
    </w:p>
    <w:p>
      <w:pPr>
        <w:jc w:val="center"/>
      </w:pPr>
      <w:r>
        <w:rPr>
          <w:b/>
        </w:rPr>
        <w:t>Positive language • Good moral values • No magic/witchcraft-centered stories</w:t>
        <w:br/>
      </w:r>
      <w:r>
        <w:t>Library-friendly list for Sharon, Massachusetts / OCLN</w:t>
      </w:r>
    </w:p>
    <w:p>
      <w:r>
        <w:rPr>
          <w:b/>
        </w:rPr>
        <w:t xml:space="preserve">Reading guide: </w:t>
      </w:r>
      <w:r>
        <w:t>Choose books according to the child's reading ability and interests. The list emphasizes positive character, family, responsibility, courage, perseverance, science, history, and learning.</w:t>
      </w:r>
    </w:p>
    <w:p>
      <w:pPr>
        <w:pStyle w:val="Heading1"/>
      </w:pPr>
      <w:r>
        <w:t>Read Together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Brown Bear, Brown Bear, What Do You See?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Bill Martin Jr.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Observation, language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Very Hungry Caterpillar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Eric Carle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Growth, nature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From Head to Toe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Eric Carle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Movement, confidence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Grouchy Ladybug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Eric Carle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Kindness, manners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Very Busy Spider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Eric Carle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Goodnight Moon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Margaret Wise Brown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Routine, security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Runaway Bunny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Margaret Wise Brown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 love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Corduroy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Don Freeman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belonging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 Pocket for Corduroy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Don Freeman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Responsibility, friendship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Blueberries for Sal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 McCloskey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nature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Growing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Biscuit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Caring,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Biscuit Finds a Friend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kindness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Biscuit Goes to School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School, friendship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Sammy the Seal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Syd Hoff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Curiosity,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Danny and the Dinosaur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Syd Hoff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adventure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Happy Birthday, Danny and the Dinosaur!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Syd Hoff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celebration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May I Please Have a Cookie?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Jennifer E. Morris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Manners, politeness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Big Shark, Little Shark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Anna Membrino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Reading confidence, animals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Go, Dog. Go!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P. D. Eastman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Early reading, observation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Are You My Mother?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P. D. Eastman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 Big Ball of String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Marion Holland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Creativity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Put Me in the Zoo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 Lopshire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Identity,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Best Nest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P. D. Eastman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Home, family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Fred and Ted Like to Fly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Peter Eastman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adventure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Fred and Ted Go Camping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Peter Eastman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outdoors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Nonfiction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Puppies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Marfe Ferguson Delano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Cats vs. Dogs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Elizabeth Carney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comparison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Trucks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Wil Mara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Transportation,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Planes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Amy Shields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Transportation,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Farm Animals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Joanne Mattern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farms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Bugs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Shira Evans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Nature,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In the Pond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Aubre Andrus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Nature,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Go, Cub!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Susan B. Neuman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Swim, Fish!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Susan B. Neuman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Jump, Pup!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Susan B. Neuman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Character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Carrot Seed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Ruth Krauss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Patience,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Mike Mulligan and His Steam Shovel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Virginia Lee Burton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Hard work, usefulness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Little Engine That Could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Watty Piper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courage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Story of Ferdinand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Munro Leaf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Gentleness, being yourself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Make Way for Ducklings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 McCloskey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caring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Parent / Teacher Note</w:t>
      </w:r>
    </w:p>
    <w:p>
      <w:r>
        <w:rPr>
          <w:b/>
        </w:rPr>
        <w:t xml:space="preserve">Content standard: </w:t>
      </w:r>
      <w:r>
        <w:t xml:space="preserve">These selections avoid stories centered on witchcraft, spells, wizards, or occult themes. Families may still wish to preview individual titles according to their standards. </w:t>
      </w:r>
    </w:p>
    <w:p>
      <w:r>
        <w:t>Library note: Search these titles through Sharon Public Library / Old Colony Library Network (OCLN). Availability changes, and titles from other member libraries may often be requested for pickup.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