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40-Book Reading List for 5th Grade Boys</w:t>
      </w:r>
    </w:p>
    <w:p>
      <w:pPr>
        <w:jc w:val="center"/>
      </w:pPr>
      <w:r>
        <w:rPr>
          <w:b/>
        </w:rPr>
        <w:t>Positive language • Good moral values • No magic/witchcraft-centered stories</w:t>
        <w:br/>
      </w:r>
      <w:r>
        <w:t>Library-friendly list for Sharon, Massachusetts / OCLN</w:t>
      </w:r>
    </w:p>
    <w:p>
      <w:r>
        <w:rPr>
          <w:b/>
        </w:rPr>
        <w:t xml:space="preserve">Reading guide: </w:t>
      </w:r>
      <w:r>
        <w:t>Choose books according to the child's reading ability and interests. The list emphasizes positive character, family, responsibility, courage, perseverance, science, history, and learning.</w:t>
      </w:r>
    </w:p>
    <w:p>
      <w:pPr>
        <w:pStyle w:val="Heading1"/>
      </w:pPr>
      <w:r>
        <w:t>Adventure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Hatchet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Gary Paulsen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Survival,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Brian's Winter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Gary Paulsen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Survival, resilience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River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Gary Paulsen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responsibility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My Side of the Mountain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Jean Craighead George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Resourcefulness, nature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Far Side of the Mountain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Jean Craighead George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responsibility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On the Far Side of the Mountain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Jean Craighead George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Fiction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Shiloh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Phyllis Reynolds Naylor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Compassion, moral choices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Old Yeller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Fred Gipson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loyalty†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Where the Red Fern Grows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Wilson Rawls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Love, perseverance†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Sounder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William H. Armstrong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dignity†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Historical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Sign of the Beaver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Elizabeth George Speare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Survival, friendship†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Johnny Tremain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Esther Forbes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growth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Carry On, Mr. Bowditch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Jean Lee Latham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Perseverance,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Matchlock Gun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Walter D. Edmonds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family†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Cabin Faced West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Jean Fritz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Pioneer life,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Courage of Sarah Noble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Alice Dalgliesh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Twenty and Ten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Claire Huchet Bishop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protecting others†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Number the Stars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Lois Lowry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sacrifice†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Winged Watchman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Hilda van Stockum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Faithfulness, courage†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Snow Treasure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Marie McSwigan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teamwork†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School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Frindle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Creativity, consequences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School Story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Perseverance, teamwork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No Talking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Self-control, cooperation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Report Card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Identity, education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 Week in the Woods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Andrew Clements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Growth, responsibility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Biography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George Washington?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Roberta Edwards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Leadership, history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Abraham Lincoln?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Janet B. Pascal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Leadership,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Neil Armstrong?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Roberta Edwards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space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Thomas Edison?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Margaret Frith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Innovation,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Were the Wright Brothers?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James Buckley Jr.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Innovation,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Jackie Robinson?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Gail Herman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Theodore Roosevelt?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Michael Burgan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Leadership, history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Winston Churchill?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Ellen Labrecque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Leadership, history†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What Was D-Day?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Patricia Brennan Demuth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World War II history†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What Was the Great Depression?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Janet B. Pascal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History, resilience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Nonfiction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Space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Helaine Becker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Space,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Robotics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Jennifer Swanson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Technology, engineering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Weather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Kathy Furgang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Weather,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Everything Sharks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Ruth A. Musgrave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Marine biology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40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Way Things Work Now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David Macaulay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Engineering, technology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Parent / Teacher Note</w:t>
      </w:r>
    </w:p>
    <w:p>
      <w:r>
        <w:rPr>
          <w:b/>
        </w:rPr>
        <w:t xml:space="preserve">Content standard: </w:t>
      </w:r>
      <w:r>
        <w:t xml:space="preserve">These selections avoid stories centered on witchcraft, spells, wizards, or occult themes. Families may still wish to preview individual titles according to their standards. </w:t>
      </w:r>
      <w:r>
        <w:t>* Talking-animal/imaginative elements are marked with an asterisk. † Some books contain mature historical or emotional subjects such as war, injustice, danger, or death.</w:t>
      </w:r>
    </w:p>
    <w:p>
      <w:r>
        <w:t>Library note: Search these titles through Sharon Public Library / Old Colony Library Network (OCLN). Availability changes, and titles from other member libraries may often be requested for pickup.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