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4th Grade Girls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This list combines wholesome fiction with history, biographies, animals, science, and real-life learning. Choose according to the child's reading ability and interests.</w:t>
      </w:r>
    </w:p>
    <w:p>
      <w:pPr>
        <w:pStyle w:val="Heading1"/>
      </w:pPr>
      <w:r>
        <w:t>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Boxcar Children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Yellow House Mystery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Teamwork,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Encyclopedia Brown, Boy Detective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Donald J. Sobol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Truth, reasoning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Frindle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Creativity, consequences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School Story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teamwork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No Talking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Self-control, cooperation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Report Card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Identity, education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Week in the Woods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Growth,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Because of Winn-Dixie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DiCamillo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forgiveness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Shiloh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Phyllis Reynolds Naylor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Compassion, moral choices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Hundred Dresses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Eleanor Estes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Kindness, bullying consequences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Sarah, Plain and Tall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MacLachlan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commitment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Skylark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MacLachlan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Year of Miss Agnes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Kirkpatrick Hill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Education, compassion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Historical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Sign of the Beaver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George Speare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Survival, friendship†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Cabin Faced West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Fritz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Pioneer life,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Twenty and Ten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Claire Huchet Bishop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protecting others†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Snow Treasure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Marie McSwigan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teamwork†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Winged Watchman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Hilda van Stockum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courage†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Number the Stars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Lois Lowry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sacrifice†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Carry On, Mr. Bowditch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Lee Latham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Learning,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Biography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Amelia Earhart?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Boehm Jerome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aviation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Helen Keller?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Gare Thompson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Jane Goodall?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Roberta Edwards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Science, animals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Harriet Tubman?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freedom†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Clara Barton?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Stephanie Spinner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Service, compassion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Anne Frank?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Ann Abramson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history†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Eleanor Roosevelt?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Gare Thompson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Service, leadership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Rosa Parks?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dignity†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Laura Ingalls Wilder?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Brennan Demuth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Sally Ride?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Megan Stine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Science, courage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Underground Railroad?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freedom†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Women's Rights Movement?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Deborah Hopkinson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Civic courage,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Space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Helaine Becker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Space,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Robotics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Jennifer Swanson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Technology, engineering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Weather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Kathy Furgang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Sharks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Ruth A. Musgrave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Marine biology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Women in Science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Rachel Ignotofsky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Science,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Hidden Figures: Young Readers' Edition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Margot Lee Shetterly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Math, perseverance†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Boy Who Harnessed the Wind: Young Readers Edition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William Kamkwamba &amp; Bryan Mealer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Innovation, perseverance†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>Selections avoid stories centered on witches, wizards, spells, or occult themes and favor constructive character themes. † Some books address mature historical or emotional subjects such as war, injustice, persecution, danger, or death. Parents and teachers may wish to preview individual titles according to their family's standards.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