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1st Grade Girls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This list combines wholesome fiction with history, biographies, animals, science, and real-life learning. Choose according to the child's reading ability and interests.</w:t>
      </w:r>
    </w:p>
    <w:p>
      <w:pPr>
        <w:pStyle w:val="Heading1"/>
      </w:pPr>
      <w:r>
        <w:t>Easier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Caring,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 Goes to School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School,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Little Bear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love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Father Bear Comes Home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 relationship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Frog and Toad Are Friends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loyalty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Frog and Toad Together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self-control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Days with Frog and Toad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Kindness,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Owl at Home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Gentle humor, everyday life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Mouse Tales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storytelling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Fire Cat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Esther Averill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Purpose, service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Growing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and Mudge: The First Book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and Mudge in Puddle Trouble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and Mudge and the Happy Cat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 for animals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Mr. Putter &amp; Tabby Pour the Tea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companionship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Mr. Putter &amp; Tabby Walk the Dog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Helping,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Amelia Bedelia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Peggy Parish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Humor, learning from mistakes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Thank You, Amelia Bedelia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Peggy Parish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Gratitude, helping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Madeline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Ludwig Bemelmans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resilience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Madeline's Rescue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Ludwig Bemelmans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Caring, gratitude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Chair for My Mother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Vera B. Williams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saving, generosity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Read Together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Miss Rumphius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Barbara Cooney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beauty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Keep the Lights Burning, Abbie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Peter &amp; Connie Roop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Josefina Story Quilt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Coerr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Courage of Sarah Noble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Alice Dalgliesh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Story of Ruby Bridges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Coles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dignity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Story of George Washington Carver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Eva Moore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Learning,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Caterpillar to Butterfly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Laura Marsh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Nature,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Frogs!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Tigers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Laura Marsh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Seed to Plant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Plants,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Planes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Amy Shields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Trucks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 Mara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Sharks!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Anne Schreiber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Challenge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Nate the Great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Problem-solving, persistence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Young Cam Jansen and the Lost Tooth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Observation, helping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Young Cam Jansen and the Missing Cookie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Problem-solving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Penny and Her Marble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Kevin Henkes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Honesty, conscience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Penny and Her Song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Kevin Henkes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creativity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Penny and Her Doll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Kevin Henkes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Caring, imagination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>Selections avoid stories centered on witches, wizards, spells, or occult themes and favor constructive character themes. † Some books address mature historical or emotional subjects such as war, injustice, persecution, danger, or death. Parents and teachers may wish to preview individual titles according to their family's standards.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